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СОГЛАСИЕ ЗАКОННОГО ПРЕДСТАВИТЕЛЯ НА ОБРАБОТКУ ПЕРСОНАЛЬНЫХ ДАННЫХ НЕСОВЕРШЕННОЛЕТНЕГО</w:t>
      </w:r>
    </w:p>
    <w:p/>
    <w:p>
      <w:r>
        <w:t>г. Краснодар</w:t>
      </w:r>
    </w:p>
    <w:p>
      <w:r>
        <w:t>«_» ___________ 20 г.</w:t>
      </w:r>
    </w:p>
    <w:p/>
    <w:p>
      <w:r>
        <w:t xml:space="preserve">Я, _______________________________________________________________________________________, </w:t>
      </w:r>
    </w:p>
    <w:p>
      <w:r>
        <w:t>(Фамилия, Имя, Отчество законного представителя полностью)</w:t>
      </w:r>
    </w:p>
    <w:p/>
    <w:p>
      <w:r>
        <w:t>документ, удостоверяющий личность: _________________________, серия __________ № __________,</w:t>
      </w:r>
    </w:p>
    <w:p>
      <w:r>
        <w:t>(вид документа: паспорт РФ, иное)</w:t>
      </w:r>
    </w:p>
    <w:p/>
    <w:p>
      <w:r>
        <w:t xml:space="preserve">выдан ____________________________________________________________________________________, </w:t>
      </w:r>
    </w:p>
    <w:p>
      <w:r>
        <w:t>(кем и когда выдан)</w:t>
      </w:r>
    </w:p>
    <w:p/>
    <w:p>
      <w:r>
        <w:t xml:space="preserve">адрес регистрации: ________________________________________________________________________, </w:t>
      </w:r>
    </w:p>
    <w:p>
      <w:r>
        <w:t>адрес проживания (если отличается): _________________________________________________________,</w:t>
      </w:r>
    </w:p>
    <w:p>
      <w:r>
        <w:t>контактный телефон: __________________________,</w:t>
      </w:r>
    </w:p>
    <w:p/>
    <w:p>
      <w:r>
        <w:t xml:space="preserve">являясь законным представителем несовершеннолетнего(ей) ____________________________________, </w:t>
      </w:r>
    </w:p>
    <w:p>
      <w:r>
        <w:t>(ФИО ребенка полностью)</w:t>
      </w:r>
    </w:p>
    <w:p/>
    <w:p>
      <w:r>
        <w:t xml:space="preserve">дата рождения ребенка: «_» _______________ 20 г., </w:t>
      </w:r>
    </w:p>
    <w:p>
      <w:r>
        <w:t>реквизиты свидетельства о рождении/паспорта: серия _______ № _________, выдан _________________,</w:t>
      </w:r>
    </w:p>
    <w:p/>
    <w:p>
      <w:r>
        <w:t xml:space="preserve">на основании ______________________________________________________________________________, </w:t>
      </w:r>
    </w:p>
    <w:p>
      <w:r>
        <w:t>(статус представителя: родитель, опекун, попечитель; реквизиты документа)</w:t>
      </w:r>
    </w:p>
    <w:p/>
    <w:p>
      <w:r>
        <w:t>в соответствии с требованиями ст. 9 Федерального закона от 27.07.2006 № 152-ФЗ «О персональных данных»</w:t>
      </w:r>
    </w:p>
    <w:p/>
    <w:p>
      <w:r>
        <w:t>даю согласие</w:t>
      </w:r>
    </w:p>
    <w:p/>
    <w:p>
      <w:r>
        <w:t>Автономной некоммерческой организации "Продюсерский центр "Движимые мечтой"</w:t>
      </w:r>
    </w:p>
    <w:p>
      <w:r>
        <w:t>(сокращенное наименование: АНО "Продюсерский центр "Движимые мечтой")</w:t>
      </w:r>
    </w:p>
    <w:p>
      <w:r>
        <w:t>(ОГРН 1162300051231, ИНН 2308230890, КПП 231101001)</w:t>
      </w:r>
    </w:p>
    <w:p>
      <w:r>
        <w:t>юридический адрес: 350059, Краснодарский край, г. Краснодар, ул. Баканская, дом 73, офис 41</w:t>
      </w:r>
    </w:p>
    <w:p>
      <w:r>
        <w:t>фactualческий адрес: 350059, Краснодарский край, г. Краснодар, ул. Баканская, дом 73, офис 41</w:t>
      </w:r>
    </w:p>
    <w:p>
      <w:r>
        <w:t>телефон: 8 (928) 330-68-08</w:t>
      </w:r>
    </w:p>
    <w:p/>
    <w:p>
      <w:r>
        <w:t>(далее – «Оператор»)</w:t>
      </w:r>
    </w:p>
    <w:p/>
    <w:p>
      <w:r>
        <w:t>на обработку персональных данных моего несовершеннолетнего подопечного в следующих целях:</w:t>
      </w:r>
    </w:p>
    <w:p/>
    <w:p>
      <w:r>
        <w:t>- Регистрация и учет для участия в творческих мероприятиях, кастингах, проектах</w:t>
      </w:r>
    </w:p>
    <w:p>
      <w:r>
        <w:t>- Организация учебно-творческого процесса (репетиции, съемки, мастер-классы)</w:t>
      </w:r>
    </w:p>
    <w:p>
      <w:r>
        <w:t>- Создание и распространение фото- и видеоматериалов с участием ребенка</w:t>
      </w:r>
    </w:p>
    <w:p>
      <w:r>
        <w:t>- Информирование о мероприятиях и событиях Продюсерского центра</w:t>
      </w:r>
    </w:p>
    <w:p>
      <w:r>
        <w:t>- Обеспечение безопасности жизни и здоровья ребенка</w:t>
      </w:r>
    </w:p>
    <w:p/>
    <w:p>
      <w:r>
        <w:t>Перечень обрабатываемых персональных данных:</w:t>
      </w:r>
    </w:p>
    <w:p>
      <w:r>
        <w:t>- Фамилия, имя, отчество ребенка</w:t>
      </w:r>
    </w:p>
    <w:p>
      <w:r>
        <w:t>- Дата и место рождения</w:t>
      </w:r>
    </w:p>
    <w:p>
      <w:r>
        <w:t>- Адрес места жительства и регистрации</w:t>
      </w:r>
    </w:p>
    <w:p>
      <w:r>
        <w:t>- Контактные телефоны (родителей/представителей)</w:t>
      </w:r>
    </w:p>
    <w:p>
      <w:r>
        <w:t>- Фотографические изображения ребенка</w:t>
      </w:r>
    </w:p>
    <w:p>
      <w:r>
        <w:t>- Видеозаписи с участием ребенка</w:t>
      </w:r>
    </w:p>
    <w:p>
      <w:r>
        <w:t>- Иные данные, необходимые для достижения указанных целей: ___________________</w:t>
      </w:r>
    </w:p>
    <w:p/>
    <w:p>
      <w:r>
        <w:t>Оператор вправе совершать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— как с использованием средств автоматизации, так и без их использования.</w:t>
      </w:r>
    </w:p>
    <w:p/>
    <w:p>
      <w:r>
        <w:t>Срок действия согласия: до достижения целей обработки персональных данных, но не более чем до окончания участия ребенка в мероприятиях Продюсерского центра, либо до отзыва данного согласия.</w:t>
      </w:r>
    </w:p>
    <w:p/>
    <w:p>
      <w:r>
        <w:t>Я уведомлен(а), что:</w:t>
      </w:r>
    </w:p>
    <w:p>
      <w:r>
        <w:t>1. Согласие может быть отозвано мной путем направления Оператору письменного заявления</w:t>
      </w:r>
    </w:p>
    <w:p>
      <w:r>
        <w:t>2. Оператор обязан прекратить обработку данных и уничтожить их в течение 30 дней с даты получения отзыва</w:t>
      </w:r>
    </w:p>
    <w:p>
      <w:r>
        <w:t>3. В случае передачи данных третьим лицам (например, телеканалам, организаторам мероприятий) Оператор обязан обеспечить их конфиденциальность</w:t>
      </w:r>
    </w:p>
    <w:p>
      <w:r>
        <w:t>4. Я имею право требовать от Оператора уточнения, блокирования или уничтожения персональных данных ребенка в случае их неполноты, устаревания, недостоверности</w:t>
      </w:r>
    </w:p>
    <w:p/>
    <w:p>
      <w:r>
        <w:t>«_» _______________ 2025г.</w:t>
      </w:r>
    </w:p>
    <w:p/>
    <w:p>
      <w:r>
        <w:t>_______________________ /_________________________________/ (Подпись) (Расшифровка подписи)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